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0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MODELO EDITABLE</w:t>
      </w:r>
    </w:p>
    <w:p>
      <w:pPr>
        <w:keepNext/>
        <w:widowControl/>
        <w:spacing w:before="0" w:after="1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Disconformidad con un cambio de funciones</w:t>
      </w:r>
    </w:p>
    <w:p>
      <w:pPr>
        <w:widowControl/>
        <w:spacing w:after="300"/>
        <w:jc w:val="center"/>
      </w:pPr>
      <w:r>
        <w:rPr>
          <w:rFonts w:ascii="Arial" w:hAnsi="Arial" w:eastAsia="Arial" w:cs="Arial"/>
          <w:b w:val="0"/>
          <w:i/>
          <w:color w:val="000000"/>
          <w:sz w:val="18"/>
        </w:rPr>
        <w:t>Documento editable · completa únicamente los campos entre corchetes</w:t>
      </w:r>
    </w:p>
    <w:p>
      <w:pPr>
        <w:keepNext/>
        <w:spacing w:before="100" w:after="220"/>
        <w:jc w:val="center"/>
        <w:widowControl/>
        <w:shd w:val="clear" w:color="auto" w:fill="F2F2F2"/>
      </w:pPr>
      <w:r>
        <w:t>TEXTO DEL ESCRITO · PARA ADAPTAR Y ENVIAR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 LA ATENCIÓN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/ RECURSOS HUMANOS]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[DIRECCIÓN O CENTRO DE TRABAJO]</w:t>
      </w:r>
    </w:p>
    <w:p>
      <w:pPr>
        <w:widowControl/>
        <w:spacing w:after="1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Puesto: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[PUESTO]</w:t>
      </w:r>
    </w:p>
    <w:p>
      <w:pPr>
        <w:spacing w:after="200"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2"/>
        </w:rPr>
        <w:t>Asunto: Disconformidad y solicitud de aclaración sobre cambio de funciones</w:t>
      </w:r>
    </w:p>
    <w:p>
      <w:pPr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8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 la atención de la empresa: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Desde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presto servicios como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[PUESTO Y GRUPO PROFESIONAL]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habitualmente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[FUNCIONES ANTERIORES]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se me indicaron estas nuevas tareas: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[FUNCIONES NUEVAS]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efectos desde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La comparación de funciones es [tareas anteriores y nuevas], con dedicación [frecuencia] y duración prevista [periodo]. Las instrucciones se recibieron de [persona y fecha]. Solicito concretar el fundamento, alcance temporal y condiciones retributivas de la asignación.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me comuniquen por escrito el contenido, causa y duración prevista del cambio; el grupo profesional y la retribución aplicables; y si se pretende una movilidad funcional del artículo 39 ET o una modificación sustancial del artículo 41 ET.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Manifiesto mi disconformidad por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[PERJUICIO CONCRETO: RESPONSABILIDAD, CUALIFICACIÓN, JORNADA O SALARIO]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HAY REDUCCIÓN SALARIAL: IDENTIFICO CONCEPTO, IMPORTE Y 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Solicito recuperar mis funciones anteriores o recibir una respuesta motivada que permita valorar las acciones correspondientes.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Esta comunicación no implica renuncia a diferencias salariales ni negativa genérica a trabajar. Cumpliré las instrucciones lícitas mientras se aclara la situación, sin perjuicio de mis derechos. Solicito respuesta escrita y conservo copia y justificante de recepción.</w:t>
      </w:r>
    </w:p>
    <w:p>
      <w:pPr>
        <w:widowControl/>
        <w:spacing w:before="180" w:after="0"/>
        <w:jc w:val="center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widowControl/>
      </w:pPr>
      <w:r>
        <w:br w:type="page"/>
      </w:r>
    </w:p>
    <w:p>
      <w:pPr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Disconformidad con un cambio de funciones</w:t>
      </w:r>
    </w:p>
    <w:p>
      <w:pPr>
        <w:widowControl/>
        <w:spacing w:after="34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widowControl/>
      </w:pPr>
      <w:r>
        <w:t>El escrito aparece antes de esta guía. Completa los campos entre corchetes y elimina las alternativas incompatibles. Retira esta guía antes de entregar el escrito; conserva tu copia completa y el justificante de recepción.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widowControl/>
        <w:spacing w:after="14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artículo 39 ET distingue movilidad dentro y fuera del grupo. Para asignar funciones superiores o inferiores fuera del grupo exige razones técnicas u organizativas y el tiempo imprescindible; si las funciones son inferiores, se mantiene la retribución de origen. El cambio que exceda sus límites puede requerir acuerdo o el procedimiento del artículo 41. Si se notifica una MSCT, controla veinte días hábiles desde la notificación escrita para impugnarla. Esta carta no suspende ese plazo. Las diferencias salariales y la clasificación tienen reglas y prueba propias; no todo cambio de tareas da derecho a ascenso.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Compara funciones efectivas antes y después, grupo, titulaciones y salario. Identifica duración, motivos comunicados y perjuicios, sin confundir un cambio de tareas dentro del grupo con toda modificación sustancial. Conserva instrucciones y no formules una negativa genérica a trabajar.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>1.  Conserva contrato, convenio, descripción de puesto, órdenes recibidas, cuadrantes, nóminas y prueba de funciones anteriores y nuevas.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Sustituye todos los campos entre corchetes y elimina las alternativas que no correspondan.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Relee el escrito completo y comprueba nombres, fechas, hechos, cantidades y destinatario.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widowControl/>
        <w:spacing w:after="80"/>
        <w:ind w:left="202"/>
      </w:pPr>
      <w:hyperlink r:id="rId13">
        <w:r>
          <w:rPr>
            <w:color w:val="000000"/>
            <w:u w:val="single"/>
          </w:rPr>
          <w:t>Estatuto de los Trabajadores, artículo 39 (BOE)</w:t>
        </w:r>
      </w:hyperlink>
    </w:p>
    <w:p>
      <w:pPr>
        <w:widowControl/>
        <w:spacing w:after="80"/>
        <w:ind w:left="202"/>
      </w:pPr>
      <w:hyperlink r:id="rId11">
        <w:r>
          <w:rPr>
            <w:color w:val="000000"/>
            <w:u w:val="single"/>
          </w:rPr>
          <w:t>Estatuto de los Trabajadores, artículo 41 (BOE)</w:t>
        </w:r>
      </w:hyperlink>
    </w:p>
    <w:p>
      <w:pPr>
        <w:widowControl/>
        <w:spacing w:after="80"/>
        <w:ind w:left="202"/>
      </w:pPr>
      <w:hyperlink r:id="rId12">
        <w:r>
          <w:rPr>
            <w:color w:val="000000"/>
            <w:u w:val="single"/>
          </w:rPr>
          <w:t>Ley reguladora de la jurisdicción social, artículo 138 (BOE)</w:t>
        </w:r>
      </w:hyperlink>
    </w:p>
    <w:p>
      <w:pPr>
        <w:pStyle w:val="ModelNote"/>
        <w:widowControl/>
        <w:shd w:val="clear" w:color="auto" w:fill="F2F2F2"/>
      </w:pPr>
      <w:r>
        <w:rPr>
          <w:rFonts w:ascii="Arial" w:hAnsi="Arial" w:eastAsia="Arial" w:cs="Arial"/>
          <w:b w:val="0"/>
          <w:i w:val="0"/>
          <w:color w:val="000000"/>
          <w:sz w:val="16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24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1" TargetMode="External"/><Relationship Id="rId12" Type="http://schemas.openxmlformats.org/officeDocument/2006/relationships/hyperlink" Target="https://www.boe.es/buscar/act.php?id=BOE-A-2011-15936#a138" TargetMode="External"/><Relationship Id="rId13" Type="http://schemas.openxmlformats.org/officeDocument/2006/relationships/hyperlink" Target="https://www.boe.es/buscar/act.php?id=BOE-A-2015-11430#a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Disconformidad con modificación sustancial</dc:title>
  <dc:subject>Modelo laboral editable</dc:subject>
  <dc:creator/>
  <cp:keywords>modelo laboral, escrito, Calma AI</cp:keywords>
  <dc:description/>
  <cp:lastModifiedBy/>
  <cp:revision>1</cp:revision>
  <dcterms:created xsi:type="dcterms:W3CDTF">2013-12-23T23:15:00Z</dcterms:created>
  <dcterms:modified xsi:type="dcterms:W3CDTF">2026-09-20T00:00:00Z</dcterms:modified>
  <cp:category/>
</cp:coreProperties>
</file>