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Solicitud de reingreso tras excedencia voluntaria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Reingreso al finalizar la excedencia voluntaria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Me encuentro en excedencia voluntaria desde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INICIO]</w:t>
      </w:r>
      <w:r>
        <w:rPr>
          <w:rFonts w:ascii="Aptos" w:hAnsi="Aptos"/>
          <w:b w:val="0"/>
          <w:i w:val="0"/>
          <w:color w:val="2B3237"/>
          <w:sz w:val="21"/>
        </w:rPr>
        <w:t xml:space="preserve">, con finalización prevista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FIN]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Por medio de este escrito solicito mi reingreso en la empresa con efectos desde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REINGRESO SOLICITADA]</w:t>
      </w:r>
      <w:r>
        <w:rPr>
          <w:rFonts w:ascii="Aptos" w:hAnsi="Aptos"/>
          <w:b w:val="0"/>
          <w:i w:val="0"/>
          <w:color w:val="2B3237"/>
          <w:sz w:val="21"/>
        </w:rPr>
        <w:t>, en una vacante de igual o similar categoría a la que venía desempeñando.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respuesta escrita sobre la fecha, el centro y las condiciones de reincorporación. Si actualmente no existe una vacante adecuada, solicito que se mantenga expresamente mi derecho preferente y que se me informe de la primera vacante que se produzca.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Permanezco disponible para atender las instrucciones necesarias para hacer efectivo el reingreso.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Solicitud de reingreso tras excedencia voluntaria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El Estatuto no fija un único preaviso para todos los casos. Revisa el convenio y solicita el reingreso antes de finalizar la excedencia para evitar controversias.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la concesión o comunicación de la excedencia y conserva prueba completa de la solicitud.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46.5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reingreso tras excedencia voluntaria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