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Arial" w:cs="Arial"/>
          <w:b/>
          <w:i w:val="0"/>
          <w:color w:val="000000"/>
          <w:sz w:val="16"/>
        </w:rPr>
        <w:t>MODELO EDITABLE</w:t>
      </w:r>
    </w:p>
    <w:p>
      <w:pPr>
        <w:pStyle w:val="Title"/>
        <w:keepNext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Reclamación previa al SEPE por prestación denegada</w:t>
      </w:r>
    </w:p>
    <w:p>
      <w:pPr>
        <w:jc w:val="center"/>
      </w:pPr>
      <w:r>
        <w:rPr>
          <w:rFonts w:ascii="Arial" w:hAnsi="Arial" w:eastAsia="Arial" w:cs="Arial"/>
          <w:b w:val="0"/>
          <w:i w:val="0"/>
          <w:color w:val="000000"/>
          <w:sz w:val="18"/>
        </w:rPr>
        <w:t>Completa los campos resaltados y elimina las opciones que no correspondan.</w:t>
      </w:r>
    </w:p>
    <w:p>
      <w:pPr>
        <w:keepNext/>
        <w:spacing w:before="100" w:after="220"/>
        <w:jc w:val="center"/>
        <w:shd w:val="clear" w:color="auto" w:fill="F2F2F2"/>
      </w:pPr>
      <w:r>
        <w:rPr>
          <w:rFonts w:ascii="Arial" w:hAnsi="Arial" w:eastAsia="Arial" w:cs="Arial"/>
          <w:b/>
          <w:i w:val="0"/>
          <w:caps/>
          <w:color w:val="000000"/>
          <w:sz w:val="16"/>
        </w:rPr>
        <w:t>TEXTO DEL ESCRITO</w:t>
      </w:r>
    </w:p>
    <w:p>
      <w:r>
        <w:rPr>
          <w:rFonts w:ascii="Arial" w:hAnsi="Arial" w:eastAsia="Arial" w:cs="Arial"/>
          <w:b w:val="0"/>
          <w:i w:val="0"/>
          <w:color w:val="000000"/>
          <w:sz w:val="22"/>
        </w:rPr>
        <w:t>SEPE, órgano indicado en la comunicación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Identificación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D./D.ª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[NOMBRE]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DNI/NIE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[DOCUMENTO]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domicilio de notificaciones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[DOMICILIO]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expediente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[NÚMERO]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FORMULA RECLAMACIÓN PREVIA conforme al artículo 71 LRJS ante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[DIRECCIÓN PROVINCIAL U ÓRGANO INDICADO]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Acto recibido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DE NOTIFICACIÓN]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recibí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[IDENTIFICACIÓN, FECHA Y CONTENIDO DEL ACTO]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La prestación y periodos afectados son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[PRESTACIÓN Y PERIODOS]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Adjunto copia y prueba de la notificación.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Hechos y discrepancia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situación relevante es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[CRONOLOGÍA LABORAL Y ADMINISTRATIVA]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El acto indica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[MOTIVO DEL SEPE]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Discrepo porque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Y RAZONES CONCRETAS]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acreditados mediante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Detalle de la petición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Identifico como documentación relevante [documento, fecha y hecho que acredita]. La concreta conclusión administrativa que discuto es [motivo de la resolución], por [hechos y explicación].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Solicito que se deje sin efecto la denegación y se reconozca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[PRESTACIÓN SOLICITADA]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efectos desde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JUSTIFICADA]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por cumplir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[REQUISITOS DISCUTIDOS Y SU ACREDITACIÓN]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Documentos aportados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Adjunto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[RELACIÓN NUMERADA DE DOCUMENTOS Y HECHO QUE ACREDITA CADA UNO]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Solicito respuesta expresa notificada por el cauce procedente.</w:t>
      </w:r>
    </w:p>
    <w:p>
      <w:pPr>
        <w:keepNext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</w:p>
    <w:p>
      <w:r>
        <w:br w:type="page"/>
      </w:r>
    </w:p>
    <w:p>
      <w:pPr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GUÍA DE USO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Identifica resolución, recepción y motivo exacto de denegación. Responde a ese motivo con hechos y documentos, no con una petición genérica de ayuda. Si la discrepancia procede de una falsa baja voluntaria, conserva también la vía laboral y sus plazos independientes.</w:t>
      </w:r>
    </w:p>
    <w:p>
      <w:pPr>
        <w:jc w:val="center"/>
      </w:pPr>
      <w:r>
        <w:rPr>
          <w:rFonts w:ascii="Arial" w:hAnsi="Arial" w:eastAsia="Arial" w:cs="Arial"/>
          <w:b/>
          <w:i w:val="0"/>
          <w:color w:val="000000"/>
          <w:sz w:val="18"/>
        </w:rPr>
        <w:t>Elimina esta guía antes de presentar el escrito.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Finalidad del modelo</w:t>
      </w:r>
    </w:p>
    <w:p>
      <w:r>
        <w:rPr>
          <w:rFonts w:ascii="Arial" w:hAnsi="Arial" w:eastAsia="Arial" w:cs="Arial"/>
          <w:b w:val="0"/>
          <w:i w:val="0"/>
          <w:color w:val="000000"/>
          <w:sz w:val="22"/>
        </w:rPr>
        <w:t>Explica la discrepancia con el SEPE, identifica el acto y relaciona las pruebas sin confundir alegaciones con recursos.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Límites y plazos</w:t>
      </w:r>
    </w:p>
    <w:p>
      <w:pPr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Identifica si has recibido una propuesta, una resolución definitiva o un acto recaudatorio. No son intercambiables ni tienen necesariamente el mismo cauce o plazo.</w:t>
      </w:r>
    </w:p>
    <w:p>
      <w:pPr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Comprueba el pie de recursos y la fecha de notificación. Conserva copia completa y justificante de registro. Este modelo no se presenta ante el servicio de conciliación laboral.</w:t>
      </w:r>
    </w:p>
    <w:p>
      <w:pPr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El escrito no suspende automáticamente cobros, compensaciones o ejecución. Si necesitas suspensión o aplazamiento, revisa su procedimiento específico.</w:t>
      </w:r>
    </w:p>
    <w:p>
      <w:pPr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No ocultes trabajo, ingresos, convivencia o cambios que deban comunicarse. Explica cualquier error y aporta la documentación pertinente sin datos de terceros innecesarios.</w:t>
      </w:r>
    </w:p>
    <w:p>
      <w:pPr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 reclamación previa tiene, con carácter general, treinta días hábiles administrativos desde la notificación; el SEPE dispone de cuarenta y cinco días hábiles administrativos para contestar y la demanda debe formularse en treinta días hábiles judiciales desde la denegación expresa o el silencio. Los calendarios administrativo y judicial no son idénticos. Confirma el régimen del acto y el cómputo antes de presentar.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presentarlo</w:t>
      </w:r>
    </w:p>
    <w:p>
      <w:pPr>
        <w:pStyle w:val="ListBulle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Acto íntegro y notificación</w:t>
      </w:r>
    </w:p>
    <w:p>
      <w:pPr>
        <w:pStyle w:val="ListBulle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Expediente y prestación</w:t>
      </w:r>
    </w:p>
    <w:p>
      <w:pPr>
        <w:pStyle w:val="ListBulle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Vida laboral, bases y certificados pertinentes</w:t>
      </w:r>
    </w:p>
    <w:p>
      <w:pPr>
        <w:pStyle w:val="ListBulle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Desglose de periodos e importes</w:t>
      </w:r>
    </w:p>
    <w:p>
      <w:pPr>
        <w:pStyle w:val="ListBulle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Justificante de registro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</w:t>
      </w:r>
    </w:p>
    <w:p>
      <w:pPr>
        <w:keepLines/>
        <w:spacing w:after="80"/>
      </w:pPr>
      <w:hyperlink r:id="rId12">
        <w:r>
          <w:rPr>
            <w:color w:val="000000"/>
            <w:u w:val="single"/>
          </w:rPr>
          <w:t>SEPE resoluciones y reclamaciones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3">
        <w:r>
          <w:rPr>
            <w:color w:val="000000"/>
            <w:u w:val="single"/>
          </w:rPr>
          <w:t>LRJS art. 71</w:t>
        </w:r>
      </w:hyperlink>
    </w:p>
    <w:sectPr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20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9" TargetMode="External"/><Relationship Id="rId12" Type="http://schemas.openxmlformats.org/officeDocument/2006/relationships/hyperlink" Target="https://www.sepe.es/HomeSepe/prestaciones-desempleo/FAQS/comunicaciones-resoluciones-reclamaciones.html" TargetMode="External"/><Relationship Id="rId13" Type="http://schemas.openxmlformats.org/officeDocument/2006/relationships/hyperlink" Target="https://www.boe.es/buscar/act.php?id=BOE-A-2011-15936#a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Reclamación previa al SEPE por prestación denegada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